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ind w:left="4535"/>
        <w:jc w:val="left"/>
      </w:pPr>
      <w:r>
        <w:rPr>
          <w:b w:val="0"/>
        </w:rPr>
        <w:t>Кому: [наименование продавца — организации или индивидуального предпринимателя]</w:t>
      </w:r>
    </w:p>
    <w:p>
      <w:pPr>
        <w:spacing w:after="120"/>
        <w:ind w:left="4535"/>
        <w:jc w:val="left"/>
      </w:pPr>
      <w:r>
        <w:rPr>
          <w:b w:val="0"/>
        </w:rPr>
        <w:t>ИНН: [ИНН продавца]</w:t>
      </w:r>
    </w:p>
    <w:p>
      <w:pPr>
        <w:spacing w:after="120"/>
        <w:ind w:left="4535"/>
        <w:jc w:val="left"/>
      </w:pPr>
      <w:r>
        <w:rPr>
          <w:b w:val="0"/>
        </w:rPr>
        <w:t>Адрес: [адрес продавца]</w:t>
      </w:r>
    </w:p>
    <w:p>
      <w:pPr>
        <w:spacing w:after="120"/>
        <w:ind w:left="4535"/>
        <w:jc w:val="left"/>
      </w:pPr>
      <w:r>
        <w:rPr>
          <w:b w:val="0"/>
        </w:rPr>
        <w:t>От: [ФИО покупателя полностью]</w:t>
      </w:r>
    </w:p>
    <w:p>
      <w:pPr>
        <w:spacing w:after="120"/>
        <w:ind w:left="4535"/>
        <w:jc w:val="left"/>
      </w:pPr>
      <w:r>
        <w:rPr>
          <w:b w:val="0"/>
        </w:rPr>
        <w:t>Адрес: [адрес покупателя]</w:t>
      </w:r>
    </w:p>
    <w:p>
      <w:pPr>
        <w:spacing w:after="120"/>
        <w:ind w:left="4535"/>
        <w:jc w:val="left"/>
      </w:pPr>
      <w:r>
        <w:rPr>
          <w:b w:val="0"/>
        </w:rPr>
        <w:t>Телефон: [телефон]</w:t>
      </w:r>
    </w:p>
    <w:p>
      <w:pPr>
        <w:spacing w:after="120"/>
        <w:ind w:left="4535"/>
        <w:jc w:val="left"/>
      </w:pPr>
      <w:r>
        <w:rPr>
          <w:b w:val="0"/>
        </w:rPr>
        <w:t>Электронная почта: [адрес электронной почты]</w:t>
      </w:r>
    </w:p>
    <w:p>
      <w:pPr>
        <w:spacing w:before="360" w:after="80"/>
        <w:jc w:val="center"/>
      </w:pPr>
      <w:r>
        <w:rPr>
          <w:b/>
          <w:sz w:val="28"/>
        </w:rPr>
        <w:t>ПРЕТЕНЗИЯ</w:t>
      </w:r>
    </w:p>
    <w:p>
      <w:pPr>
        <w:spacing w:after="240"/>
        <w:jc w:val="center"/>
      </w:pPr>
      <w:r>
        <w:rPr>
          <w:b w:val="0"/>
        </w:rPr>
        <w:t>о возврате денежных средств за товар ненадлежащего качества</w:t>
      </w:r>
    </w:p>
    <w:p>
      <w:pPr>
        <w:ind w:firstLine="709"/>
        <w:jc w:val="both"/>
      </w:pPr>
      <w:r>
        <w:rPr>
          <w:b w:val="0"/>
        </w:rPr>
        <w:t>[дата покупки] я купил(а) у вас [наименование товара, модель, артикул, серийный номер] по цене [цена цифрами] ([цена прописью]) руб. Покупку подтверждает [кассовый чек № ... от ... / банковская выписка / номер заказа].</w:t>
      </w:r>
    </w:p>
    <w:p>
      <w:pPr>
        <w:ind w:firstLine="709"/>
        <w:jc w:val="both"/>
      </w:pPr>
      <w:r>
        <w:rPr>
          <w:b w:val="0"/>
        </w:rPr>
        <w:t>Гарантийный срок на товар: [гарантийный срок или «не установлен»].</w:t>
      </w:r>
    </w:p>
    <w:p>
      <w:pPr>
        <w:ind w:firstLine="709"/>
        <w:jc w:val="both"/>
      </w:pPr>
      <w:r>
        <w:rPr>
          <w:b w:val="0"/>
        </w:rPr>
        <w:t>[дата обнаружения] в товаре обнаружен недостаток: [описание недостатка]. При продаже продавец об этом недостатке не предупреждал.</w:t>
      </w:r>
    </w:p>
    <w:p>
      <w:pPr>
        <w:ind w:firstLine="709"/>
        <w:jc w:val="both"/>
      </w:pPr>
      <w:r>
        <w:rPr>
          <w:b w:val="0"/>
        </w:rPr>
        <w:t>На основании п. 1 ст. 18 Закона РФ от 07.02.1992 № 2300-1 «О защите прав потребителей» отказываюсь от исполнения договора купли-продажи и требую вернуть уплаченную за товар сумму [сумма цифрами] ([сумма прописью]) руб. в течение 10 дней со дня получения настоящей претензии (ст. 22 Закона).</w:t>
      </w:r>
    </w:p>
    <w:p>
      <w:pPr>
        <w:ind w:firstLine="709"/>
        <w:jc w:val="both"/>
      </w:pPr>
      <w:r>
        <w:rPr>
          <w:b w:val="0"/>
        </w:rPr>
        <w:t>Денежные средства прошу перечислить по реквизитам: получатель [ФИО получателя], счёт № [номер счёта], банк [наименование банка], БИК [БИК], корр. счёт [номер корреспондентского счёта]. [Или: выдать наличными по месту покупки.]</w:t>
      </w:r>
    </w:p>
    <w:p>
      <w:pPr>
        <w:ind w:firstLine="709"/>
        <w:jc w:val="both"/>
      </w:pPr>
      <w:r>
        <w:rPr>
          <w:b w:val="0"/>
        </w:rPr>
        <w:t>Товар [передаю вместе с настоящей претензией по акту / готов(а) передать по вашему требованию]. Если требуется проверка качества, прошу заранее сообщить мне дату, время и место её проведения: я намерен(а) в ней участвовать (п. 5 ст. 18 Закона).</w:t>
      </w:r>
    </w:p>
    <w:p>
      <w:pPr>
        <w:ind w:firstLine="709"/>
        <w:jc w:val="both"/>
      </w:pPr>
      <w:r>
        <w:rPr>
          <w:b w:val="0"/>
        </w:rPr>
        <w:t>Если требование не будет выполнено в установленный срок, я буду вынужден(а) обратиться в суд с иском о взыскании стоимости товара, неустойки в размере 1 % цены товара за каждый день просрочки (п. 1 ст. 23 Закона), компенсации морального вреда (ст. 15 Закона), убытков и штрафа в размере 50 % от присуждённой суммы (п. 6 ст. 13 Закона).</w:t>
      </w:r>
    </w:p>
    <w:p>
      <w:pPr>
        <w:ind w:firstLine="709"/>
        <w:jc w:val="both"/>
      </w:pPr>
      <w:r>
        <w:rPr>
          <w:b w:val="0"/>
        </w:rPr>
        <w:t>Ответ прошу направить [по адресу, указанному выше / на адрес электронной почты, указанный выше].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spacing w:after="60"/>
        <w:ind w:left="709" w:hanging="340"/>
      </w:pPr>
      <w:r>
        <w:rPr>
          <w:b w:val="0"/>
        </w:rPr>
        <w:t>1. Копия [кассового чека / иного документа об оплате].</w:t>
      </w:r>
    </w:p>
    <w:p>
      <w:pPr>
        <w:spacing w:after="60"/>
        <w:ind w:left="709" w:hanging="340"/>
      </w:pPr>
      <w:r>
        <w:rPr>
          <w:b w:val="0"/>
        </w:rPr>
        <w:t>2. Копия гарантийного талона [при наличии].</w:t>
      </w:r>
    </w:p>
    <w:p>
      <w:pPr>
        <w:spacing w:after="60"/>
        <w:ind w:left="709" w:hanging="340"/>
      </w:pPr>
      <w:r>
        <w:rPr>
          <w:b w:val="0"/>
        </w:rPr>
        <w:t>3. Фотографии недостатка [при наличии].</w:t>
      </w:r>
    </w:p>
    <w:p>
      <w:pPr>
        <w:spacing w:after="60"/>
        <w:ind w:left="709" w:hanging="340"/>
      </w:pPr>
      <w:r>
        <w:rPr>
          <w:b w:val="0"/>
        </w:rPr>
        <w:t>4. [Иные документы]</w:t>
      </w:r>
    </w:p>
    <w:p>
      <w:pPr>
        <w:ind w:firstLine="709"/>
        <w:jc w:val="both"/>
      </w:pPr>
      <w:r>
        <w:rPr>
          <w:b w:val="0"/>
        </w:rPr>
        <w:t>[дата]</w:t>
      </w:r>
    </w:p>
    <w:p>
      <w:pPr>
        <w:ind w:firstLine="709"/>
        <w:jc w:val="both"/>
      </w:pPr>
      <w:r>
        <w:rPr>
          <w:b w:val="0"/>
        </w:rPr>
        <w:t>[подпись] / [ФИО покупателя]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obrazec-pretenzii-prodavcu</dc:title>
  <dc:subject/>
  <dc:creator>СВК.Юристы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