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0"/>
        <w:jc w:val="center"/>
      </w:pPr>
      <w:r>
        <w:rPr>
          <w:b/>
          <w:sz w:val="28"/>
        </w:rPr>
        <w:t>РАСПИСКА</w:t>
      </w:r>
    </w:p>
    <w:p>
      <w:pPr>
        <w:spacing w:after="240"/>
        <w:jc w:val="center"/>
      </w:pPr>
      <w:r>
        <w:rPr>
          <w:b w:val="0"/>
        </w:rPr>
        <w:t>в получении денежных средств по договору займа</w:t>
      </w:r>
    </w:p>
    <w:p>
      <w:pPr>
        <w:ind w:firstLine="709"/>
        <w:jc w:val="both"/>
      </w:pPr>
      <w:r>
        <w:rPr>
          <w:b w:val="0"/>
        </w:rPr>
        <w:t>г. [город]</w:t>
      </w:r>
    </w:p>
    <w:p>
      <w:pPr>
        <w:ind w:firstLine="709"/>
        <w:jc w:val="both"/>
      </w:pPr>
      <w:r>
        <w:rPr>
          <w:b w:val="0"/>
        </w:rPr>
        <w:t>[дата составления]</w:t>
      </w:r>
    </w:p>
    <w:p>
      <w:pPr>
        <w:ind w:firstLine="709"/>
        <w:jc w:val="both"/>
      </w:pPr>
      <w:r>
        <w:rPr>
          <w:b w:val="0"/>
        </w:rPr>
        <w:t>Я, [ФИО заёмщика полностью], дата рождения [дата рождения], место рождения [место рождения], паспорт [серия и номер], выдан [кем выдан] [дата выдачи], код подразделения [код подразделения], зарегистрирован(а) по адресу: [адрес регистрации],</w:t>
      </w:r>
    </w:p>
    <w:p>
      <w:pPr>
        <w:ind w:firstLine="709"/>
        <w:jc w:val="both"/>
      </w:pPr>
      <w:r>
        <w:rPr>
          <w:b w:val="0"/>
        </w:rPr>
        <w:t>получил(а) от [ФИО займодавца полностью], дата рождения [дата рождения], место рождения [место рождения], паспорт [серия и номер], выдан [кем выдан] [дата выдачи], код подразделения [код подразделения], зарегистрирован(а) по адресу: [адрес регистрации],</w:t>
      </w:r>
    </w:p>
    <w:p>
      <w:pPr>
        <w:ind w:firstLine="709"/>
        <w:jc w:val="both"/>
      </w:pPr>
      <w:r>
        <w:rPr>
          <w:b w:val="0"/>
        </w:rPr>
        <w:t>в долг денежные средства в сумме [сумма цифрами] ([сумма прописью]) рублей.</w:t>
      </w:r>
    </w:p>
    <w:p>
      <w:pPr>
        <w:ind w:firstLine="709"/>
        <w:jc w:val="both"/>
      </w:pPr>
      <w:r>
        <w:rPr>
          <w:b w:val="0"/>
        </w:rPr>
        <w:t>Денежные средства получены мной полностью [способ получения: наличными в момент подписания настоящей расписки / переводом на счёт заёмщика — номер счёта, банк, дата перевода].</w:t>
      </w:r>
    </w:p>
    <w:p>
      <w:pPr>
        <w:ind w:firstLine="709"/>
        <w:jc w:val="both"/>
      </w:pPr>
      <w:r>
        <w:rPr>
          <w:b w:val="0"/>
        </w:rPr>
        <w:t>Обязуюсь вернуть сумму займа в срок до [дата возврата] [порядок возврата: единовременно / по графику — даты и суммы платежей] [способ возврата: наличными / переводом на счёт займодавца — номер счёта и банк].</w:t>
      </w:r>
    </w:p>
    <w:p>
      <w:pPr>
        <w:ind w:firstLine="709"/>
        <w:jc w:val="both"/>
      </w:pPr>
      <w:r>
        <w:rPr>
          <w:b w:val="0"/>
        </w:rPr>
        <w:t>[Вариант 1] За пользование займом обязуюсь уплачивать проценты в размере [размер] % годовых ежемесячно не позднее [число] числа каждого месяца до дня возврата суммы займа.</w:t>
      </w:r>
    </w:p>
    <w:p>
      <w:pPr>
        <w:ind w:firstLine="709"/>
        <w:jc w:val="both"/>
      </w:pPr>
      <w:r>
        <w:rPr>
          <w:b w:val="0"/>
        </w:rPr>
        <w:t>[Вариант 2] Заём является беспроцентным.</w:t>
      </w:r>
    </w:p>
    <w:p>
      <w:pPr>
        <w:ind w:firstLine="709"/>
        <w:jc w:val="both"/>
      </w:pPr>
      <w:r>
        <w:rPr>
          <w:b w:val="0"/>
        </w:rPr>
        <w:t>[По желанию сторон] За просрочку возврата суммы займа обязуюсь уплатить неустойку в размере [размер] % от невозвращённой суммы за каждый день просрочки.</w:t>
      </w:r>
    </w:p>
    <w:p>
      <w:pPr>
        <w:ind w:firstLine="709"/>
        <w:jc w:val="both"/>
      </w:pPr>
      <w:r>
        <w:rPr>
          <w:b w:val="0"/>
        </w:rPr>
        <w:t>Заёмщик:</w:t>
      </w:r>
    </w:p>
    <w:p>
      <w:pPr>
        <w:ind w:firstLine="709"/>
        <w:jc w:val="both"/>
      </w:pPr>
      <w:r>
        <w:rPr>
          <w:b w:val="0"/>
        </w:rPr>
        <w:t>[подпись заёмщика] / [ФИО заёмщика полностью, собственноручно]</w:t>
      </w:r>
    </w:p>
    <w:p>
      <w:pPr>
        <w:ind w:firstLine="709"/>
        <w:jc w:val="both"/>
      </w:pPr>
      <w:r>
        <w:rPr>
          <w:b w:val="0"/>
        </w:rPr>
        <w:t>[По желанию сторон] Денежные средства передал(а), займодавец:</w:t>
      </w:r>
    </w:p>
    <w:p>
      <w:pPr>
        <w:ind w:firstLine="709"/>
        <w:jc w:val="both"/>
      </w:pPr>
      <w:r>
        <w:rPr>
          <w:b w:val="0"/>
        </w:rPr>
        <w:t>[подпись займодавца] / [ФИО займодавца полностью]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obrazec-raspiski</dc:title>
  <dc:subject/>
  <dc:creator>СВК.Юристы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