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left="4535"/>
        <w:jc w:val="left"/>
      </w:pPr>
      <w:r>
        <w:rPr>
          <w:b w:val="0"/>
        </w:rPr>
        <w:t>В [наименование страховой компании]</w:t>
      </w:r>
    </w:p>
    <w:p>
      <w:pPr>
        <w:spacing w:after="0"/>
        <w:ind w:left="4535"/>
        <w:jc w:val="left"/>
      </w:pPr>
      <w:r>
        <w:rPr>
          <w:b w:val="0"/>
        </w:rPr>
        <w:t>Место нахождения: [место нахождения страховой компании]</w:t>
      </w:r>
    </w:p>
    <w:p>
      <w:pPr>
        <w:spacing w:after="120"/>
        <w:ind w:left="4535"/>
        <w:jc w:val="left"/>
      </w:pPr>
      <w:r>
        <w:rPr>
          <w:b w:val="0"/>
        </w:rPr>
        <w:t>Адрес: [адрес страховой компании для корреспонденции]</w:t>
      </w:r>
    </w:p>
    <w:p>
      <w:pPr>
        <w:spacing w:after="0"/>
        <w:ind w:left="4535"/>
        <w:jc w:val="left"/>
      </w:pPr>
      <w:r>
        <w:rPr>
          <w:b w:val="0"/>
        </w:rPr>
        <w:t>От [фамилия, имя, отчество]</w:t>
      </w:r>
    </w:p>
    <w:p>
      <w:pPr>
        <w:spacing w:after="0"/>
        <w:ind w:left="4535"/>
        <w:jc w:val="left"/>
      </w:pPr>
      <w:r>
        <w:rPr>
          <w:b w:val="0"/>
        </w:rPr>
        <w:t>Дата рождения: [дата рождения]</w:t>
      </w:r>
    </w:p>
    <w:p>
      <w:pPr>
        <w:spacing w:after="0"/>
        <w:ind w:left="4535"/>
        <w:jc w:val="left"/>
      </w:pPr>
      <w:r>
        <w:rPr>
          <w:b w:val="0"/>
        </w:rPr>
        <w:t>Место рождения: [место рождения]</w:t>
      </w:r>
    </w:p>
    <w:p>
      <w:pPr>
        <w:spacing w:after="0"/>
        <w:ind w:left="4535"/>
        <w:jc w:val="left"/>
      </w:pPr>
      <w:r>
        <w:rPr>
          <w:b w:val="0"/>
        </w:rPr>
        <w:t>Паспорт: [серия и номер], выдан [кем выдан] [дата выдачи]</w:t>
      </w:r>
    </w:p>
    <w:p>
      <w:pPr>
        <w:spacing w:after="0"/>
        <w:ind w:left="4535"/>
        <w:jc w:val="left"/>
      </w:pPr>
      <w:r>
        <w:rPr>
          <w:b w:val="0"/>
        </w:rPr>
        <w:t>Место жительства: [адрес места жительства]</w:t>
      </w:r>
    </w:p>
    <w:p>
      <w:pPr>
        <w:spacing w:after="0"/>
        <w:ind w:left="4535"/>
        <w:jc w:val="left"/>
      </w:pPr>
      <w:r>
        <w:rPr>
          <w:b w:val="0"/>
        </w:rPr>
        <w:t>Почтовый адрес: [почтовый адрес]</w:t>
      </w:r>
    </w:p>
    <w:p>
      <w:pPr>
        <w:spacing w:after="0"/>
        <w:ind w:left="4535"/>
        <w:jc w:val="left"/>
      </w:pPr>
      <w:r>
        <w:rPr>
          <w:b w:val="0"/>
        </w:rPr>
        <w:t>Телефон: [номер телефона]</w:t>
      </w:r>
    </w:p>
    <w:p>
      <w:pPr>
        <w:spacing w:after="120"/>
        <w:ind w:left="4535"/>
        <w:jc w:val="left"/>
      </w:pPr>
      <w:r>
        <w:rPr>
          <w:b w:val="0"/>
        </w:rPr>
        <w:t>Электронная почта: [адрес электронной почты]</w:t>
      </w:r>
    </w:p>
    <w:p>
      <w:pPr>
        <w:spacing w:after="0"/>
        <w:ind w:left="4535"/>
        <w:jc w:val="left"/>
      </w:pPr>
      <w:r>
        <w:rPr>
          <w:b w:val="0"/>
        </w:rPr>
        <w:t>Договор ОСАГО: полис [серия и номер полиса] от [дата заключения договора]</w:t>
      </w:r>
    </w:p>
    <w:p>
      <w:pPr>
        <w:spacing w:after="120"/>
        <w:ind w:left="4535"/>
        <w:jc w:val="left"/>
      </w:pPr>
      <w:r>
        <w:rPr>
          <w:b w:val="0"/>
        </w:rPr>
        <w:t>Номер убытка (выплатного дела): [номер убытка]</w:t>
      </w:r>
    </w:p>
    <w:p>
      <w:pPr>
        <w:spacing w:before="360" w:after="240"/>
        <w:jc w:val="center"/>
      </w:pPr>
      <w:r>
        <w:rPr>
          <w:b/>
          <w:sz w:val="28"/>
        </w:rPr>
        <w:t>Заявление о восстановлении нарушенного права по договору ОСАГО</w:t>
      </w:r>
    </w:p>
    <w:p>
      <w:pPr>
        <w:ind w:firstLine="709"/>
        <w:jc w:val="both"/>
      </w:pPr>
      <w:r>
        <w:rPr>
          <w:b w:val="0"/>
        </w:rPr>
        <w:t>[дата ДТП] по адресу [место ДТП] произошло дорожно-транспортное происшествие с участием принадлежащего мне автомобиля [марка, модель, государственный регистрационный знак] и автомобиля [марка, модель, государственный регистрационный знак] под управлением [фамилия, имя, отчество водителя]. ДТП оформлено [способ оформления: сотрудниками ГИБДД или без их участия] [реквизиты документа об оформлении ДТП].</w:t>
      </w:r>
    </w:p>
    <w:p>
      <w:pPr>
        <w:ind w:firstLine="709"/>
        <w:jc w:val="both"/>
      </w:pPr>
      <w:r>
        <w:rPr>
          <w:b w:val="0"/>
        </w:rPr>
        <w:t>[дата подачи заявления] я подал(а) заявление о страховом возмещении и необходимые документы. [дата] страховщик [действие страховщика: выплатил сумму, выдал направление на ремонт, отказал или не ответил] [сумма выплаты, если была] ₽.</w:t>
      </w:r>
    </w:p>
    <w:p>
      <w:pPr>
        <w:ind w:firstLine="709"/>
        <w:jc w:val="both"/>
      </w:pPr>
      <w:r>
        <w:rPr>
          <w:b w:val="0"/>
        </w:rPr>
        <w:t>Считаю, что страховщик нарушил мои права: [в чём нарушение]. Согласно заключению [наименование эксперта или экспертной организации] № [номер заключения] от [дата заключения] стоимость восстановительного ремонта автомобиля по Единой методике составляет [сумма] ₽ без учёта износа и [сумма] ₽ с учётом износа. Недоплаченная сумма составляет [сумма доплаты] ₽.</w:t>
      </w:r>
    </w:p>
    <w:p>
      <w:pPr>
        <w:ind w:firstLine="709"/>
        <w:jc w:val="both"/>
      </w:pPr>
      <w:r>
        <w:rPr>
          <w:b w:val="0"/>
        </w:rPr>
        <w:t>Срок для выплаты или выдачи направления на ремонт истёк [дата окончания 20-дневного срока]. Просрочка на [дата расчёта] составляет [количество] дней. Неустойка по п. 21 ст. 12 Закона об ОСАГО: [база расчёта] ₽ × 1 % × [количество] дней = [сумма неустойки] ₽.</w:t>
      </w:r>
    </w:p>
    <w:p>
      <w:pPr>
        <w:ind w:firstLine="709"/>
        <w:jc w:val="both"/>
      </w:pPr>
      <w:r>
        <w:rPr>
          <w:b w:val="0"/>
        </w:rPr>
        <w:t>На основании ст. 12 Федерального закона от 25.04.2002 № 40-ФЗ «Об обязательном страховании гражданской ответственности владельцев транспортных средств» и ст. 16 Федерального закона от 04.06.2018 № 123-ФЗ «Об уполномоченном по правам потребителей финансовых услуг» прошу:</w:t>
      </w:r>
    </w:p>
    <w:p>
      <w:pPr>
        <w:spacing w:after="60"/>
        <w:ind w:left="709" w:hanging="340"/>
      </w:pPr>
      <w:r>
        <w:rPr>
          <w:b w:val="0"/>
        </w:rPr>
        <w:t>1. Выплатить страховое возмещение (доплату) в размере [сумма доплаты] ₽.</w:t>
      </w:r>
    </w:p>
    <w:p>
      <w:pPr>
        <w:spacing w:after="60"/>
        <w:ind w:left="709" w:hanging="340"/>
      </w:pPr>
      <w:r>
        <w:rPr>
          <w:b w:val="0"/>
        </w:rPr>
        <w:t>2. Выплатить неустойку за нарушение срока выплаты в размере [сумма неустойки] ₽.</w:t>
      </w:r>
    </w:p>
    <w:p>
      <w:pPr>
        <w:spacing w:after="60"/>
        <w:ind w:left="709" w:hanging="340"/>
      </w:pPr>
      <w:r>
        <w:rPr>
          <w:b w:val="0"/>
        </w:rPr>
        <w:t>3. Возместить [вид расходов] в размере [сумма] ₽.</w:t>
      </w:r>
    </w:p>
    <w:p>
      <w:pPr>
        <w:spacing w:after="60"/>
        <w:ind w:left="709" w:hanging="340"/>
      </w:pPr>
      <w:r>
        <w:rPr>
          <w:b w:val="0"/>
        </w:rPr>
        <w:t>4. Возместить почтовые расходы в размере [сумма почтовых расходов] ₽.</w:t>
      </w:r>
    </w:p>
    <w:p>
      <w:pPr>
        <w:ind w:firstLine="709"/>
        <w:jc w:val="both"/>
      </w:pPr>
      <w:r>
        <w:rPr>
          <w:b w:val="0"/>
        </w:rPr>
        <w:t>Общий размер требований имущественного характера: [общая сумма требований] ₽.</w:t>
      </w:r>
    </w:p>
    <w:p>
      <w:pPr>
        <w:ind w:firstLine="709"/>
        <w:jc w:val="both"/>
      </w:pPr>
      <w:r>
        <w:rPr>
          <w:b w:val="0"/>
        </w:rPr>
        <w:t>Денежные средства прошу перечислить по реквизитам:</w:t>
      </w:r>
    </w:p>
    <w:p>
      <w:pPr>
        <w:spacing w:after="60"/>
        <w:ind w:left="709" w:hanging="340"/>
      </w:pPr>
      <w:r>
        <w:rPr>
          <w:b w:val="0"/>
        </w:rPr>
        <w:t>– получатель: [фамилия, имя, отчество получателя]</w:t>
      </w:r>
    </w:p>
    <w:p>
      <w:pPr>
        <w:spacing w:after="60"/>
        <w:ind w:left="709" w:hanging="340"/>
      </w:pPr>
      <w:r>
        <w:rPr>
          <w:b w:val="0"/>
        </w:rPr>
        <w:t>– счёт: [номер счёта]</w:t>
      </w:r>
    </w:p>
    <w:p>
      <w:pPr>
        <w:spacing w:after="60"/>
        <w:ind w:left="709" w:hanging="340"/>
      </w:pPr>
      <w:r>
        <w:rPr>
          <w:b w:val="0"/>
        </w:rPr>
        <w:t>– банк: [наименование банка]</w:t>
      </w:r>
    </w:p>
    <w:p>
      <w:pPr>
        <w:spacing w:after="60"/>
        <w:ind w:left="709" w:hanging="340"/>
      </w:pPr>
      <w:r>
        <w:rPr>
          <w:b w:val="0"/>
        </w:rPr>
        <w:t>– БИК: [БИК банка]</w:t>
      </w:r>
    </w:p>
    <w:p>
      <w:pPr>
        <w:spacing w:after="60"/>
        <w:ind w:left="709" w:hanging="340"/>
      </w:pPr>
      <w:r>
        <w:rPr>
          <w:b w:val="0"/>
        </w:rPr>
        <w:t>– корреспондентский счёт: [номер корреспондентского счёта]</w:t>
      </w:r>
    </w:p>
    <w:p>
      <w:pPr>
        <w:ind w:firstLine="709"/>
        <w:jc w:val="both"/>
      </w:pPr>
      <w:r>
        <w:rPr>
          <w:b w:val="0"/>
        </w:rPr>
        <w:t>Ответ прошу направить [способ получения ответа: на адрес электронной почты или по почтовому адресу].</w:t>
      </w:r>
    </w:p>
    <w:p>
      <w:pPr>
        <w:ind w:firstLine="709"/>
        <w:jc w:val="both"/>
      </w:pPr>
      <w:r>
        <w:rPr>
          <w:b w:val="0"/>
        </w:rPr>
        <w:t>Приложения:</w:t>
      </w:r>
    </w:p>
    <w:p>
      <w:pPr>
        <w:spacing w:after="60"/>
        <w:ind w:left="709" w:hanging="340"/>
      </w:pPr>
      <w:r>
        <w:rPr>
          <w:b w:val="0"/>
        </w:rPr>
        <w:t>1. Копия паспорта на [количество] л.</w:t>
      </w:r>
    </w:p>
    <w:p>
      <w:pPr>
        <w:spacing w:after="60"/>
        <w:ind w:left="709" w:hanging="340"/>
      </w:pPr>
      <w:r>
        <w:rPr>
          <w:b w:val="0"/>
        </w:rPr>
        <w:t>2. Копия документа об оформлении ДТП на [количество] л.</w:t>
      </w:r>
    </w:p>
    <w:p>
      <w:pPr>
        <w:spacing w:after="60"/>
        <w:ind w:left="709" w:hanging="340"/>
      </w:pPr>
      <w:r>
        <w:rPr>
          <w:b w:val="0"/>
        </w:rPr>
        <w:t>3. Копия заключения [наименование эксперта или экспертной организации] № [номер заключения] от [дата заключения] на [количество] л.</w:t>
      </w:r>
    </w:p>
    <w:p>
      <w:pPr>
        <w:spacing w:after="60"/>
        <w:ind w:left="709" w:hanging="340"/>
      </w:pPr>
      <w:r>
        <w:rPr>
          <w:b w:val="0"/>
        </w:rPr>
        <w:t>4. Копия документа об оплате экспертизы на [количество] л.</w:t>
      </w:r>
    </w:p>
    <w:p>
      <w:pPr>
        <w:spacing w:after="60"/>
        <w:ind w:left="709" w:hanging="340"/>
      </w:pPr>
      <w:r>
        <w:rPr>
          <w:b w:val="0"/>
        </w:rPr>
        <w:t>5. Копия [иного документа, подтверждающего требования] на [количество] л.</w:t>
      </w:r>
    </w:p>
    <w:p>
      <w:pPr>
        <w:spacing w:after="60"/>
        <w:ind w:left="709" w:hanging="340"/>
      </w:pPr>
      <w:r>
        <w:rPr>
          <w:b w:val="0"/>
        </w:rPr>
        <w:t>6. Банковские реквизиты на [количество] л.</w:t>
      </w:r>
    </w:p>
    <w:p>
      <w:pPr>
        <w:ind w:firstLine="709"/>
        <w:jc w:val="both"/>
      </w:pPr>
      <w:r>
        <w:rPr>
          <w:b w:val="0"/>
        </w:rPr>
        <w:t>[дата] [подпись] / [фамилия и инициалы]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obrazec-zayavleniya-v-strahovuyu</dc:title>
  <dc:subject/>
  <dc:creator>СВК.Юристы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